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이사 일정 협의 안내문</w:t>
      </w:r>
    </w:p>
    <w:p>
      <w:pPr>
        <w:jc w:val="left"/>
      </w:pPr>
      <w:r>
        <w:t>이 집에 거주하시는 분께</w:t>
      </w:r>
    </w:p>
    <w:p>
      <w:pPr>
        <w:jc w:val="left"/>
      </w:pPr>
      <w:r>
        <w:t>안녕하세요. 아래 부동산의 경매 사건에서 낙찰을 받은 사람입니다.</w:t>
        <w:br/>
        <w:t>갑작스러운 소식에 많이 걱정되실 것 같아, 앞으로의 일정을 서로 편하게 정하고 싶어 이렇게 안내드립니다.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법원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      지방법원          지원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타경             호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물건 주소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함께 이야기 나누고 싶은 내용 (해당 항목에 표시)</w:t>
      </w:r>
    </w:p>
    <w:p>
      <w:pPr>
        <w:jc w:val="left"/>
      </w:pPr>
      <w:r>
        <w:t>□ 이사 날짜: 사정에 맞춰 최대한 조정해 드리려고 합니다.</w:t>
        <w:br/>
        <w:t>□ 이사 관련 비용: 만나서 협의할 수 있습니다.</w:t>
        <w:br/>
        <w:t>□ 남은 짐 정리, 관리비·공과금 정산 방법</w:t>
        <w:br/>
        <w:t>□ 기타:</w:t>
      </w:r>
    </w:p>
    <w:p>
      <w:pPr>
        <w:jc w:val="left"/>
      </w:pPr>
      <w:r>
        <w:t>임차인이시라면 배당 절차에 따라 법원에서 보증금 일부를 받으실 수 있으니, 담당 법원 경매계에 한 번 확인해 보시길 권해 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낙찰자 성명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010-        -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 가능 시간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 부탁 기한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20    년     월     일까지</w:t>
            </w:r>
          </w:p>
        </w:tc>
      </w:tr>
    </w:tbl>
    <w:p/>
    <w:p>
      <w:pPr>
        <w:jc w:val="left"/>
      </w:pPr>
      <w:r>
        <w:t>서로 원만하게 정리될 수 있도록 최대한 배려하겠습니다. 편하신 시간에 연락 부탁드립니다.</w:t>
      </w:r>
    </w:p>
    <w:p>
      <w:pPr>
        <w:spacing w:before="240" w:after="240"/>
        <w:jc w:val="center"/>
      </w:pPr>
      <w:r>
        <w:t>20      년        월        일</w:t>
      </w:r>
    </w:p>
    <w:p>
      <w:pPr>
        <w:jc w:val="right"/>
      </w:pPr>
      <w:r>
        <w:t>낙찰자                         드림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낙찰자 방문 안내문(이사 협의 제안형)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