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4B400"/>
          </w:tcPr>
          <w:p>
            <w:pPr>
              <w:jc w:val="center"/>
            </w:pPr>
            <w:r>
              <w:rPr>
                <w:color w:val="111111"/>
                <w:sz w:val="56"/>
              </w:rPr>
            </w:r>
            <w:r>
              <w:rPr>
                <w:b/>
                <w:sz w:val="28"/>
              </w:rPr>
              <w:t>양 해 부 탁 드 려 요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잠시 시끄럽게 해서</w:t>
        <w:br/>
        <w:t>정말 죄송합니다</w:t>
      </w:r>
    </w:p>
    <w:p>
      <w:pPr>
        <w:jc w:val="center"/>
      </w:pPr>
      <w:r>
        <w:t>안녕하세요. ○○○호에 사는 이웃입니다.</w:t>
        <w:br/>
        <w:t>저희 집 공사로 아래 기간 동안 소음이 생길 수 있어 미리 양해를 구합니다.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공사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20    .    .    . ~ 20    .    .    .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시끄러운 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 xml:space="preserve">    월    일 ~    월    일 (철거 작업)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작업 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09:00 ~ 17:00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010-0000-0000</w:t>
            </w:r>
          </w:p>
        </w:tc>
      </w:tr>
    </w:tbl>
    <w:p/>
    <w:p>
      <w:pPr>
        <w:jc w:val="center"/>
      </w:pPr>
      <w:r>
        <w:t>최대한 빨리, 조용히 마무리하겠습니다. 불편하시면 언제든 연락 주세요.</w:t>
      </w:r>
    </w:p>
    <w:p>
      <w:pPr>
        <w:jc w:val="right"/>
      </w:pPr>
      <w:r>
        <w:t>20    년    월    일    ○○○호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공사 소음 양해 안내문(이웃 인사형)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