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D4ED8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공 사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입주민 여러분께</w:t>
        <w:br/>
        <w:t>공사로 불편을 드려 죄송합니다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공사 세대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 동      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공사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20    .    .    . ~ 20    .    .    .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소음 작업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 xml:space="preserve">    월    일 ~    월    일 (09:00 ~ 17:00)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공사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욕실·주방 철거, 바닥 공사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업체·연락처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○○인테리어  010-0000-0000</w:t>
            </w:r>
          </w:p>
        </w:tc>
      </w:tr>
    </w:tbl>
    <w:p/>
    <w:p>
      <w:pPr>
        <w:jc w:val="center"/>
      </w:pPr>
      <w:r>
        <w:t>정해진 시간을 지키고 공용 공간을 깨끗이 정리하겠습니다.</w:t>
        <w:br/>
        <w:t>불편한 점이 있으면 위 연락처로 바로 알려 주세요.</w:t>
      </w:r>
    </w:p>
    <w:p>
      <w:pPr>
        <w:jc w:val="right"/>
      </w:pPr>
      <w:r>
        <w:t>20    년    월    일    ○○○호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인테리어 공사 안내문(엘리베이터·현관 부착용)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