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계 약 해 지 통 보 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수신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수신 주소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발신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발신 주소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제목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계약 해지 통보</w:t>
            </w:r>
          </w:p>
        </w:tc>
      </w:tr>
    </w:tbl>
    <w:p/>
    <w:p>
      <w:pPr>
        <w:spacing w:before="160"/>
      </w:pPr>
      <w:r>
        <w:rPr>
          <w:b/>
        </w:rPr>
        <w:t>1. 해지 대상 계약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계약 이름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계약일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계약 기간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.  .  . ~ 20  .  .  .</w:t>
            </w:r>
          </w:p>
        </w:tc>
      </w:tr>
    </w:tbl>
    <w:p/>
    <w:p>
      <w:pPr>
        <w:spacing w:before="160"/>
      </w:pPr>
      <w:r>
        <w:rPr>
          <w:b/>
        </w:rPr>
        <w:t>2. 해지 사유</w:t>
      </w:r>
    </w:p>
    <w:p>
      <w:pPr>
        <w:jc w:val="left"/>
      </w:pPr>
      <w:r>
        <w:t>귀하(귀사)와 체결한 위 계약과 관련하여 아래와 같은 사유로 계약서 제    조에 따라 이 계약을 해지함을 알려 드립니다.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3. 해지일</w:t>
      </w:r>
    </w:p>
    <w:p>
      <w:pPr>
        <w:jc w:val="left"/>
      </w:pPr>
      <w:r>
        <w:t>이 계약은 20    년    월    일자로 해지됩니다.</w:t>
      </w:r>
    </w:p>
    <w:p>
      <w:pPr>
        <w:spacing w:before="160"/>
      </w:pPr>
      <w:r>
        <w:rPr>
          <w:b/>
        </w:rPr>
        <w:t>4. 정산 요청 사항</w:t>
      </w:r>
    </w:p>
    <w:p>
      <w:pPr>
        <w:ind w:left="227"/>
      </w:pPr>
      <w:r>
        <w:t>1. 미지급 대금 또는 반환할 금액:                    원</w:t>
      </w:r>
    </w:p>
    <w:p>
      <w:pPr>
        <w:ind w:left="227"/>
      </w:pPr>
      <w:r>
        <w:t>2. 반환할 물품·자료:</w:t>
      </w:r>
    </w:p>
    <w:p>
      <w:pPr>
        <w:ind w:left="227"/>
      </w:pPr>
      <w:r>
        <w:t>3. 정산 기한: 20    년    월    일까지</w:t>
      </w:r>
    </w:p>
    <w:p>
      <w:pPr>
        <w:ind w:left="227"/>
      </w:pPr>
      <w:r>
        <w:t>4. 정산 계좌: 은행            계좌번호                    예금주</w:t>
      </w:r>
    </w:p>
    <w:p>
      <w:pPr>
        <w:jc w:val="left"/>
      </w:pPr>
      <w:r>
        <w:t>위 내용에 이견이 있으시면 이 통보서를 받은 날부터 7일 안에 서면으로 알려 주시기 바랍니다.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발신인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회사명(상호)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대표자(성명)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계약 해지 통보서(일반)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