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374151"/>
          </w:tcPr>
          <w:p>
            <w:pPr>
              <w:jc w:val="center"/>
            </w:pPr>
            <w:r>
              <w:rPr>
                <w:color w:val="FFFFFF"/>
                <w:sz w:val="56"/>
              </w:rPr>
            </w:r>
            <w:r>
              <w:rPr>
                <w:b/>
                <w:sz w:val="28"/>
              </w:rPr>
              <w:t>엘 리 베 이 터 점 검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 xml:space="preserve">    월    일(  )  00:00 ~ 00:00</w:t>
        <w:br/>
        <w:t>운행을 멈춥니다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대상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○동 1호기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사유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정기 점검 / 부품 교체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대체 이용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2호기 또는 계단을 이용해 주세요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문의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관리사무소  000-0000-0000</w:t>
            </w:r>
          </w:p>
        </w:tc>
      </w:tr>
    </w:tbl>
    <w:p/>
    <w:p>
      <w:pPr>
        <w:jc w:val="center"/>
      </w:pPr>
      <w:r>
        <w:t>안전한 운행을 위한 점검입니다. 불편을 드려 죄송합니다.</w:t>
      </w:r>
    </w:p>
    <w:p>
      <w:pPr>
        <w:jc w:val="right"/>
      </w:pPr>
      <w:r>
        <w:t>20    년    월    일    관리사무소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엘리베이터 점검 안내문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