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16A34A"/>
          </w:tcPr>
          <w:p>
            <w:pPr>
              <w:jc w:val="center"/>
            </w:pPr>
            <w:r>
              <w:rPr>
                <w:color w:val="FFFFFF"/>
                <w:sz w:val="88"/>
              </w:rPr>
            </w:r>
            <w:r>
              <w:rPr>
                <w:b/>
                <w:sz w:val="28"/>
              </w:rPr>
              <w:t>임 대 문 의</w:t>
            </w:r>
          </w:p>
        </w:tc>
      </w:tr>
    </w:tbl>
    <w:p/>
    <w:p>
      <w:pPr>
        <w:spacing w:before="160" w:after="160"/>
        <w:jc w:val="center"/>
      </w:pPr>
      <w:r>
        <w:rPr>
          <w:b/>
          <w:sz w:val="48"/>
        </w:rPr>
        <w:t>세 놓습니다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8"/>
              </w:rPr>
              <w:t>면적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8"/>
              </w:rPr>
              <w:t xml:space="preserve">    ㎡ (    평)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8"/>
              </w:rPr>
              <w:t>층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8"/>
              </w:rPr>
              <w:t xml:space="preserve">    층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8"/>
              </w:rPr>
              <w:t>보증금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8"/>
              </w:rPr>
              <w:t xml:space="preserve">        만원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8"/>
              </w:rPr>
              <w:t>월세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8"/>
              </w:rPr>
              <w:t xml:space="preserve">        만원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8"/>
              </w:rPr>
              <w:t>관리비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8"/>
              </w:rPr>
              <w:t xml:space="preserve">        만원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8"/>
              </w:rPr>
              <w:t>입주 가능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8"/>
              </w:rPr>
              <w:t>즉시 / 20  .  .  .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8"/>
              </w:rPr>
              <w:t>특징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8"/>
              </w:rPr>
              <w:t>예: 1층 코너, 주차 2대</w:t>
            </w:r>
          </w:p>
        </w:tc>
      </w:tr>
    </w:tbl>
    <w:p/>
    <w:p>
      <w:pPr>
        <w:jc w:val="center"/>
      </w:pPr>
      <w:r>
        <w:t>연락처  010-0000-0000</w:t>
      </w:r>
    </w:p>
    <w:p>
      <w:pPr>
        <w:jc w:val="center"/>
      </w:pPr>
      <w:r>
        <w:t>- - - - - - - - - - - - - - - - - - - - - - - - - - - - - - - -  (잘라 가세요)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176"/>
        <w:gridCol w:w="1176"/>
        <w:gridCol w:w="1176"/>
        <w:gridCol w:w="1176"/>
        <w:gridCol w:w="1176"/>
        <w:gridCol w:w="1176"/>
        <w:gridCol w:w="1176"/>
        <w:gridCol w:w="1176"/>
      </w:tblGrid>
      <w:tr>
        <w:trPr>
          <w:trHeight w:val="2268"/>
        </w:trPr>
        <w:tc>
          <w:tcPr>
            <w:tcW w:type="dxa" w:w="1176"/>
            <w:textDirection w:val="tbRl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28"/>
              </w:rPr>
              <w:t>임대 문의 010-0000-0000</w:t>
            </w:r>
          </w:p>
        </w:tc>
        <w:tc>
          <w:tcPr>
            <w:tcW w:type="dxa" w:w="1176"/>
            <w:textDirection w:val="tbRl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28"/>
              </w:rPr>
              <w:t>임대 문의 010-0000-0000</w:t>
            </w:r>
          </w:p>
        </w:tc>
        <w:tc>
          <w:tcPr>
            <w:tcW w:type="dxa" w:w="1176"/>
            <w:textDirection w:val="tbRl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28"/>
              </w:rPr>
              <w:t>임대 문의 010-0000-0000</w:t>
            </w:r>
          </w:p>
        </w:tc>
        <w:tc>
          <w:tcPr>
            <w:tcW w:type="dxa" w:w="1176"/>
            <w:textDirection w:val="tbRl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28"/>
              </w:rPr>
              <w:t>임대 문의 010-0000-0000</w:t>
            </w:r>
          </w:p>
        </w:tc>
        <w:tc>
          <w:tcPr>
            <w:tcW w:type="dxa" w:w="1176"/>
            <w:textDirection w:val="tbRl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28"/>
              </w:rPr>
              <w:t>임대 문의 010-0000-0000</w:t>
            </w:r>
          </w:p>
        </w:tc>
        <w:tc>
          <w:tcPr>
            <w:tcW w:type="dxa" w:w="1176"/>
            <w:textDirection w:val="tbRl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28"/>
              </w:rPr>
              <w:t>임대 문의 010-0000-0000</w:t>
            </w:r>
          </w:p>
        </w:tc>
        <w:tc>
          <w:tcPr>
            <w:tcW w:type="dxa" w:w="1176"/>
            <w:textDirection w:val="tbRl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28"/>
              </w:rPr>
              <w:t>임대 문의 010-0000-0000</w:t>
            </w:r>
          </w:p>
        </w:tc>
        <w:tc>
          <w:tcPr>
            <w:tcW w:type="dxa" w:w="1176"/>
            <w:textDirection w:val="tbRl"/>
          </w:tcPr>
          <w:p>
            <w:pPr>
              <w:jc w:val="center"/>
            </w:pPr>
            <w:r>
              <w:rPr>
                <w:sz w:val="16"/>
              </w:rPr>
            </w:r>
            <w:r>
              <w:rPr>
                <w:b w:val="0"/>
                <w:sz w:val="28"/>
              </w:rPr>
              <w:t>임대 문의 010-0000-0000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임대 문의 안내문(잘라 가는 연락처)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