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방   명   록</w:t>
      </w:r>
    </w:p>
    <w:p>
      <w:pPr>
        <w:jc w:val="center"/>
      </w:pPr>
      <w:r>
        <w:t>소중한 걸음 해 주셔서 감사합니다.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관계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남기는 말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방명록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