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채 용 확 정 통 지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채용 부서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직무(직위)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고용 형태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정규직  □ 계약직  □ 기타(        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수습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없음  □ 있음(    개월)</w:t>
            </w:r>
          </w:p>
        </w:tc>
      </w:tr>
    </w:tbl>
    <w:p/>
    <w:p>
      <w:pPr>
        <w:jc w:val="left"/>
      </w:pPr>
      <w:r>
        <w:t>귀하께서 당사 채용 전형에 최종 합격하셨음을 알려 드리며, 입사 조건을 아래와 같이 안내합니다.</w:t>
      </w:r>
    </w:p>
    <w:p>
      <w:pPr>
        <w:spacing w:before="160"/>
      </w:pPr>
      <w:r>
        <w:rPr>
          <w:b/>
        </w:rPr>
        <w:t>1. 입사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 예정일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근무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근무 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시    분 ~    시    분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근무일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주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급여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연봉  □ 월급            원 (세전)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급여 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일</w:t>
            </w:r>
          </w:p>
        </w:tc>
      </w:tr>
    </w:tbl>
    <w:p/>
    <w:p>
      <w:pPr>
        <w:spacing w:before="160"/>
      </w:pPr>
      <w:r>
        <w:rPr>
          <w:b/>
        </w:rPr>
        <w:t>2. 입사 시 제출 서류</w:t>
      </w:r>
    </w:p>
    <w:p>
      <w:pPr>
        <w:ind w:left="227"/>
      </w:pPr>
      <w:r>
        <w:t>1. 주민등록등본 1부</w:t>
      </w:r>
    </w:p>
    <w:p>
      <w:pPr>
        <w:ind w:left="227"/>
      </w:pPr>
      <w:r>
        <w:t>2. 최종 학력·경력 증명서 각 1부</w:t>
      </w:r>
    </w:p>
    <w:p>
      <w:pPr>
        <w:ind w:left="227"/>
      </w:pPr>
      <w:r>
        <w:t>3. 급여 이체용 통장 사본 1부</w:t>
      </w:r>
    </w:p>
    <w:p>
      <w:pPr>
        <w:ind w:left="227"/>
      </w:pPr>
      <w:r>
        <w:t>4. 그 밖에 회사가 안내하는 서류</w:t>
      </w:r>
    </w:p>
    <w:p>
      <w:pPr>
        <w:spacing w:before="160"/>
      </w:pPr>
      <w:r>
        <w:rPr>
          <w:b/>
        </w:rPr>
        <w:t>3. 회신 안내</w:t>
      </w:r>
    </w:p>
    <w:p>
      <w:pPr>
        <w:jc w:val="left"/>
      </w:pPr>
      <w:r>
        <w:t>입사 의사를 20    년    월    일까지 아래 담당자에게 회신해 주시기 바랍니다. 자세한 근로조건은 입사일에 근로계약서로 확인하고 서명합니다.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채용 확정(합격) 통지서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