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374151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M E N U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○○식당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메뉴</w:t>
            </w:r>
          </w:p>
        </w:tc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가격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○,○○○원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○,○○○원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○,○○○원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○,○○○원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○,○○○원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○,○○○원</w:t>
            </w:r>
          </w:p>
        </w:tc>
      </w:tr>
    </w:tbl>
    <w:p/>
    <w:p>
      <w:pPr>
        <w:jc w:val="center"/>
      </w:pPr>
      <w:r>
        <w:t>영업시간  11:00 ~ 21:00  ·  포장 가능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메뉴판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