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16A34A"/>
          </w:tcPr>
          <w:p>
            <w:pPr>
              <w:jc w:val="center"/>
            </w:pPr>
            <w:r>
              <w:rPr>
                <w:color w:val="FFFFFF"/>
                <w:sz w:val="72"/>
              </w:rPr>
            </w:r>
            <w:r>
              <w:rPr>
                <w:b/>
                <w:sz w:val="28"/>
              </w:rPr>
              <w:t>반 갑 습 니 다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>새로 이사 온</w:t>
        <w:br/>
        <w:t>○○○호입니다</w:t>
      </w:r>
    </w:p>
    <w:p>
      <w:pPr>
        <w:jc w:val="center"/>
      </w:pPr>
      <w:r>
        <w:t>이사하는 동안 시끄럽게 해서 죄송했습니다.</w:t>
        <w:br/>
        <w:t>앞으로 좋은 이웃이 되도록 노력하겠습니다.</w:t>
        <w:br/>
        <w:t>작은 정성이지만 맛있게 드셔 주세요.</w:t>
      </w:r>
    </w:p>
    <w:p>
      <w:pPr>
        <w:jc w:val="center"/>
      </w:pPr>
      <w:r>
        <w:t>오며 가며 반갑게 인사 나눠요!</w:t>
      </w:r>
    </w:p>
    <w:p>
      <w:pPr>
        <w:jc w:val="right"/>
      </w:pPr>
      <w:r>
        <w:t>20    년    월    일    ○○○호 가족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이사 인사 안내문(이사 떡 쪽지)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