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D62828"/>
          </w:tcPr>
          <w:p>
            <w:pPr>
              <w:jc w:val="center"/>
            </w:pPr>
            <w:r>
              <w:rPr>
                <w:color w:val="FFFFFF"/>
                <w:sz w:val="88"/>
              </w:rPr>
            </w:r>
            <w:r>
              <w:rPr>
                <w:b/>
                <w:sz w:val="28"/>
              </w:rPr>
              <w:t>촬 영 금 지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매장 안 사진·영상 촬영을</w:t>
        <w:br/>
        <w:t>삼가 주세요</w:t>
      </w:r>
    </w:p>
    <w:p>
      <w:pPr>
        <w:ind w:left="227"/>
      </w:pPr>
      <w:r>
        <w:t>1. 다른 손님과 직원의 얼굴이 찍히지 않도록 해 주세요</w:t>
      </w:r>
    </w:p>
    <w:p>
      <w:pPr>
        <w:ind w:left="227"/>
      </w:pPr>
      <w:r>
        <w:t>2. 진열된 디자인·작품은 촬영할 수 없습니다</w:t>
      </w:r>
    </w:p>
    <w:p>
      <w:pPr>
        <w:ind w:left="227"/>
      </w:pPr>
      <w:r>
        <w:t>3. □ 음식·구매하신 상품 사진은 괜찮습니다</w:t>
      </w:r>
    </w:p>
    <w:p>
      <w:pPr>
        <w:jc w:val="center"/>
      </w:pPr>
      <w:r>
        <w:t>모두가 편안한 공간을 위해 협조 부탁드립니다.</w:t>
      </w:r>
    </w:p>
    <w:p>
      <w:pPr>
        <w:jc w:val="right"/>
      </w:pPr>
      <w:r>
        <w:t>20    년    월    일    ○○○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촬영 금지 안내문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