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D62828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흡 연 금 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계단·복도·주차장에서</w:t>
        <w:br/>
        <w:t>담배를 피우지 마세요</w:t>
      </w:r>
    </w:p>
    <w:p>
      <w:pPr>
        <w:jc w:val="center"/>
      </w:pPr>
      <w:r>
        <w:t>담배 연기와 냄새가 계단을 타고 모든 집으로 들어갑니다.</w:t>
        <w:br/>
        <w:t>아이와 어르신, 임산부를 위해 꼭 지켜 주세요.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해당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계단, 복도, 지하주차장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구분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□ 금연구역으로 지정된 곳입니다 (위반 시 과태료 부과)</w:t>
              <w:br/>
              <w:t>□ 입주민 모두를 위한 부탁입니다</w:t>
            </w:r>
          </w:p>
        </w:tc>
      </w:tr>
    </w:tbl>
    <w:p/>
    <w:p>
      <w:pPr>
        <w:jc w:val="right"/>
      </w:pPr>
      <w:r>
        <w:t>20    년    월    일    ○○빌라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흡연 금지 경고문(계단·복도·주차장)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