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이 웃 님 께</w:t>
      </w:r>
    </w:p>
    <w:p>
      <w:pPr>
        <w:jc w:val="left"/>
      </w:pPr>
      <w:r>
        <w:t>안녕하세요.        동         호에 사는 이웃입니다.</w:t>
        <w:br/>
        <w:t>바쁘신데 번거롭게 해 드려 죄송합니다. 혹시 모르고 계실 수도 있어 조심스럽게 말씀드립니다.</w:t>
      </w:r>
    </w:p>
    <w:p>
      <w:pPr>
        <w:spacing w:before="160"/>
      </w:pPr>
      <w:r>
        <w:rPr>
          <w:b/>
        </w:rPr>
        <w:t>주로 들리는 소리 (해당 항목에 표시)</w:t>
      </w:r>
    </w:p>
    <w:p>
      <w:pPr>
        <w:jc w:val="left"/>
      </w:pPr>
      <w:r>
        <w:t>□ 걷거나 뛰는 소리   □ 가구·물건 끄는 소리   □ 물건 떨어뜨리는 소리</w:t>
        <w:br/>
        <w:t>□ 음악·TV 소리   □ 운동기구 소리   □ 기타: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주로 들리는 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평일  □ 주말       시 ~        시쯤</w:t>
            </w:r>
          </w:p>
        </w:tc>
      </w:tr>
    </w:tbl>
    <w:p/>
    <w:p>
      <w:pPr>
        <w:spacing w:before="160"/>
      </w:pPr>
      <w:r>
        <w:rPr>
          <w:b/>
        </w:rPr>
        <w:t>부탁드리고 싶은 것</w:t>
      </w:r>
    </w:p>
    <w:p>
      <w:pPr>
        <w:jc w:val="left"/>
      </w:pPr>
      <w:r>
        <w:t>□ 실내 슬리퍼 착용   □ 소음 방지 매트   □ 밤 시간(      시 이후) 조심</w:t>
        <w:br/>
        <w:t>□ 기타:</w:t>
      </w:r>
    </w:p>
    <w:p>
      <w:pPr>
        <w:jc w:val="left"/>
      </w:pPr>
      <w:r>
        <w:t>저희도 생활 소음은 이해하고 있습니다. 서로 편하게 지내고 싶어 이렇게 글을 남깁니다. 배려해 주시면 정말 감사하겠습니다.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연락처(선택)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p>
      <w:pPr>
        <w:jc w:val="right"/>
      </w:pPr>
      <w:r>
        <w:t xml:space="preserve">        동         호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층간소음 안내 쪽지(정중한 요청문)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