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처 벌 불 원 서</w:t>
      </w:r>
    </w:p>
    <w:p>
      <w:pPr>
        <w:spacing w:before="160"/>
      </w:pPr>
      <w:r>
        <w:rPr>
          <w:b/>
        </w:rPr>
        <w:t>1. 사건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죄명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제출처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 xml:space="preserve">                경찰서 / 검찰청 / 법원</w:t>
            </w:r>
          </w:p>
        </w:tc>
      </w:tr>
    </w:tbl>
    <w:p/>
    <w:p>
      <w:pPr>
        <w:spacing w:before="160"/>
      </w:pPr>
      <w:r>
        <w:rPr>
          <w:b/>
        </w:rPr>
        <w:t>2. 피해자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피의자(피고인)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처벌불원 의사</w:t>
      </w:r>
    </w:p>
    <w:p>
      <w:pPr>
        <w:jc w:val="left"/>
      </w:pPr>
      <w:r>
        <w:t>본인은 위 사건의 피해자로서, 피의자(피고인)와 원만하게 합의하였으므로 피의자(피고인)에 대한 처벌을 원하지 않습니다. 이 의사는 누구의 강요나 협박 없이 본인의 자유로운 뜻에 따른 것입니다.</w:t>
      </w:r>
    </w:p>
    <w:p>
      <w:pPr>
        <w:spacing w:before="160"/>
      </w:pPr>
      <w:r>
        <w:rPr>
          <w:b/>
        </w:rPr>
        <w:t>5. 합의 내용 및 기타 의견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첨부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피해자 신분증 사본(또는 인감증명서) 1부, 합의서 사본 1부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피해자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 xml:space="preserve">                경찰서장 / 검사 / 법원 귀중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처벌불원서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