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펫시터 이용 계약서</w:t>
      </w:r>
    </w:p>
    <w:p>
      <w:pPr>
        <w:jc w:val="left"/>
      </w:pPr>
      <w:r>
        <w:t>보호자(이하 "갑")와 펫시터(이하 "을")는 아래 반려동물의 돌봄에 관하여 다음과 같이 약속한다.</w:t>
      </w:r>
    </w:p>
    <w:p>
      <w:pPr>
        <w:spacing w:before="160"/>
      </w:pPr>
      <w:r>
        <w:rPr>
          <w:b/>
        </w:rPr>
        <w:t>1. 반려동물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종·나이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성격·주의사항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먹이·양·시간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약·건강 상태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돌봄 일정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날짜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방문 시간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돌봄 내용(급여·산책·화장실 등)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비상 연락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보호자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대리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동물병원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병원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진료 동의 한도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1회           원까지 을이 먼저 진료 후 갑에게 연락</w:t>
            </w:r>
          </w:p>
        </w:tc>
      </w:tr>
    </w:tbl>
    <w:p/>
    <w:p>
      <w:pPr>
        <w:spacing w:before="160"/>
      </w:pPr>
      <w:r>
        <w:rPr>
          <w:b/>
        </w:rPr>
        <w:t>4. 요금과 취소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1회           원 × 회 = 총           원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지급 시기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시작 전  □ 종료 후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취소 규정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시작     일 전까지 취소 시 전액 환불, 이후 취소 시</w:t>
            </w:r>
          </w:p>
        </w:tc>
      </w:tr>
    </w:tbl>
    <w:p/>
    <w:p>
      <w:pPr>
        <w:spacing w:before="160"/>
      </w:pPr>
      <w:r>
        <w:rPr>
          <w:b/>
        </w:rPr>
        <w:t>제1조 (돌봄 의무)</w:t>
      </w:r>
    </w:p>
    <w:p>
      <w:pPr>
        <w:jc w:val="left"/>
      </w:pPr>
      <w:r>
        <w:t>을은 약속한 일정에 방문해 안내에 따라 돌보고, 방문할 때마다 사진이나 영상으로 근황을 보낸다.</w:t>
      </w:r>
    </w:p>
    <w:p>
      <w:pPr>
        <w:spacing w:before="160"/>
      </w:pPr>
      <w:r>
        <w:rPr>
          <w:b/>
        </w:rPr>
        <w:t>제2조 (열쇠와 보안)</w:t>
      </w:r>
    </w:p>
    <w:p>
      <w:pPr>
        <w:jc w:val="left"/>
      </w:pPr>
      <w:r>
        <w:t>을은 받은 열쇠·비밀번호를 돌봄 목적으로만 쓰고 다른 사람에게 알리지 않으며, 돌봄이 끝나면 돌려준다.</w:t>
      </w:r>
    </w:p>
    <w:p>
      <w:pPr>
        <w:spacing w:before="160"/>
      </w:pPr>
      <w:r>
        <w:rPr>
          <w:b/>
        </w:rPr>
        <w:t>제3조 (사고와 책임)</w:t>
      </w:r>
    </w:p>
    <w:p>
      <w:pPr>
        <w:jc w:val="left"/>
      </w:pPr>
      <w:r>
        <w:t>을의 과실로 생긴 사고나 파손은 을이 책임지고, 동물 자체의 질병으로 인한 비용은 갑이 부담한다. 그 밖의 경우는 서로 협의한다.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갑(보호자)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을(펫시터)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펫시터(반려동물 돌봄) 이용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