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color="auto" w:fill="F4B400"/>
          </w:tcPr>
          <w:p>
            <w:pPr>
              <w:jc w:val="center"/>
            </w:pPr>
            <w:r>
              <w:rPr>
                <w:color w:val="111111"/>
                <w:sz w:val="88"/>
              </w:rPr>
            </w:r>
            <w:r>
              <w:rPr>
                <w:b/>
                <w:sz w:val="28"/>
              </w:rPr>
              <w:t>정 전 안 내</w:t>
            </w:r>
          </w:p>
        </w:tc>
      </w:tr>
    </w:tbl>
    <w:p/>
    <w:p>
      <w:pPr>
        <w:spacing w:before="160" w:after="160"/>
        <w:jc w:val="center"/>
      </w:pPr>
      <w:r>
        <w:rPr>
          <w:b/>
          <w:sz w:val="48"/>
        </w:rPr>
        <w:t xml:space="preserve">    월    일(  )  00:00 ~ 00:00</w:t>
        <w:br/>
        <w:t>전기가 끊깁니다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8"/>
              </w:rPr>
              <w:t>사유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8"/>
              </w:rPr>
              <w:t>예: 전기 안전 점검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8"/>
              </w:rPr>
              <w:t>멈추는 설비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8"/>
              </w:rPr>
              <w:t>엘리베이터, 급수 펌프, 주차 차단기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8"/>
              </w:rPr>
              <w:t>문의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8"/>
              </w:rPr>
              <w:t>관리사무소  000-0000-0000</w:t>
            </w:r>
          </w:p>
        </w:tc>
      </w:tr>
    </w:tbl>
    <w:p/>
    <w:p>
      <w:pPr>
        <w:ind w:left="227"/>
      </w:pPr>
      <w:r>
        <w:t>1. 컴퓨터 작업은 미리 저장하고 꺼 두세요</w:t>
      </w:r>
    </w:p>
    <w:p>
      <w:pPr>
        <w:ind w:left="227"/>
      </w:pPr>
      <w:r>
        <w:t>2. 정전 중에는 냉장고 문을 열지 마세요</w:t>
      </w:r>
    </w:p>
    <w:p>
      <w:pPr>
        <w:ind w:left="227"/>
      </w:pPr>
      <w:r>
        <w:t>3. 전기 제품 플러그는 뽑아 두세요</w:t>
      </w:r>
    </w:p>
    <w:p>
      <w:pPr>
        <w:ind w:left="227"/>
      </w:pPr>
      <w:r>
        <w:t>4. 정전 중에는 엘리베이터를 타지 마세요</w:t>
      </w:r>
    </w:p>
    <w:p>
      <w:pPr>
        <w:jc w:val="right"/>
      </w:pPr>
      <w:r>
        <w:t>20    년    월    일    관리사무소 드림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3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정전 안내문(전기 점검)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