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개인정보 수집·이용 동의서</w:t>
      </w:r>
    </w:p>
    <w:p>
      <w:pPr>
        <w:jc w:val="left"/>
      </w:pPr>
      <w:r>
        <w:t xml:space="preserve">                    (이하 '회사')는 「개인정보 보호법」에 따라 아래와 같이 개인정보를 수집·이용하고자 합니다. 내용을 자세히 읽으신 후 동의 여부를 결정해 주십시오.</w:t>
      </w:r>
    </w:p>
    <w:p>
      <w:pPr>
        <w:spacing w:before="160"/>
      </w:pPr>
      <w:r>
        <w:rPr>
          <w:b/>
        </w:rPr>
        <w:t>1. 개인정보 수집·이용 내역 (필수)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수집 목적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수집 항목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보유·이용 기간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※ 위 필수 항목 수집·이용에 동의하지 않을 권리가 있습니다. 다만 동의하지 않으시면                    이(가) 제한될 수 있습니다.</w:t>
      </w:r>
    </w:p>
    <w:p>
      <w:pPr>
        <w:jc w:val="left"/>
      </w:pPr>
      <w:r>
        <w:t>위와 같이 개인정보를 수집·이용하는 데 동의하십니까?   □ 동의함   □ 동의하지 않음</w:t>
      </w:r>
    </w:p>
    <w:p>
      <w:pPr>
        <w:spacing w:before="160"/>
      </w:pPr>
      <w:r>
        <w:rPr>
          <w:b/>
        </w:rPr>
        <w:t>2. 개인정보 수집·이용 내역 (선택)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수집 목적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수집 항목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보유·이용 기간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※ 선택 항목에 동의하지 않으셔도 서비스 이용에는 제한이 없습니다.</w:t>
      </w:r>
    </w:p>
    <w:p>
      <w:pPr>
        <w:jc w:val="left"/>
      </w:pPr>
      <w:r>
        <w:t>위와 같이 개인정보를 수집·이용하는 데 동의하십니까?   □ 동의함   □ 동의하지 않음</w:t>
      </w:r>
    </w:p>
    <w:p>
      <w:pPr>
        <w:spacing w:before="160"/>
      </w:pPr>
      <w:r>
        <w:rPr>
          <w:b/>
        </w:rPr>
        <w:t>3. 개인정보 제3자 제공 (해당하는 경우)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제공받는 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제공 목적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제공 항목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보유·이용 기간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위와 같이 개인정보를 제3자에게 제공하는 데 동의하십니까?   □ 동의함   □ 동의하지 않음</w:t>
      </w:r>
    </w:p>
    <w:p>
      <w:pPr>
        <w:spacing w:before="160"/>
      </w:pPr>
      <w:r>
        <w:rPr>
          <w:b/>
        </w:rPr>
        <w:t>4. 문의처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개인정보 보호책임자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정보주체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수집·이용 동의서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