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영 수 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받은 금액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        원정 (₩    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받은 이유(내역)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받은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현금   □ 계좌이체   □ 기타(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준 사람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                      귀하</w:t>
            </w:r>
          </w:p>
        </w:tc>
      </w:tr>
    </w:tbl>
    <w:p/>
    <w:p>
      <w:pPr>
        <w:jc w:val="center"/>
      </w:pPr>
      <w:r>
        <w:t>위 금액을 정히 영수합니다.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받은 사람(영수인)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영수증(간이 영수증·입금 영수증)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