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D4ED8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지 정 주 차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이 자리는 지정 주차 구역입니다</w:t>
        <w:br/>
        <w:t>다른 차량은 주차하지 마세요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자리 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번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사용 세대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 호 (또는 ○○가게)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차량 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00가 0000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010-0000-0000</w:t>
            </w:r>
          </w:p>
        </w:tc>
      </w:tr>
    </w:tbl>
    <w:p/>
    <w:p>
      <w:pPr>
        <w:jc w:val="center"/>
      </w:pPr>
      <w:r>
        <w:t>잠시 주차하셨다면 위 번호로 연락 주시고 바로 이동해 주세요.</w:t>
        <w:br/>
        <w:t>협조해 주셔서 감사합니다.</w:t>
      </w:r>
    </w:p>
    <w:p>
      <w:pPr>
        <w:jc w:val="right"/>
      </w:pPr>
      <w:r>
        <w:t>20    년    월    일    ○○○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지정 주차 안내문(내 자리 주차 금지)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