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졸 혼 합 의 서</w:t>
      </w:r>
    </w:p>
    <w:p>
      <w:pPr>
        <w:jc w:val="left"/>
      </w:pPr>
      <w:r>
        <w:t>아래 두 사람은 법률상 혼인관계를 유지하면서 서로의 생활을 존중하며 독립적으로 생활하기로 하고, 다음과 같이 합의한다.</w:t>
      </w:r>
    </w:p>
    <w:p>
      <w:pPr>
        <w:spacing w:before="160"/>
      </w:pPr>
      <w:r>
        <w:rPr>
          <w:b/>
        </w:rPr>
        <w:t>1. 당사자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남편 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남편 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아내 성명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아내 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제1조 (졸혼 시작일)</w:t>
      </w:r>
    </w:p>
    <w:p>
      <w:pPr>
        <w:jc w:val="left"/>
      </w:pPr>
      <w:r>
        <w:t>졸혼은 20    년    월    일부터 시작한다.</w:t>
      </w:r>
    </w:p>
    <w:p>
      <w:pPr>
        <w:spacing w:before="160"/>
      </w:pPr>
      <w:r>
        <w:rPr>
          <w:b/>
        </w:rPr>
        <w:t>제2조 (거주)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남편 거주지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아내 거주지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현재 집 사용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제3조 (생활비)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지급하는 사람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받는 사람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매월           원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지급일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매월      일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제4조 (재산 관리)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재산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명의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관리하는 사람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제5조 (자녀·가족 행사)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제6조 (연락과 건강)</w:t>
      </w:r>
    </w:p>
    <w:p>
      <w:pPr>
        <w:jc w:val="left"/>
      </w:pPr>
      <w:r>
        <w:t>두 사람은 정해진 방법으로 연락을 유지하며, 한쪽이 크게 아프거나 위급한 일이 생기면 바로 알리고 함께 의논한다.</w:t>
      </w:r>
    </w:p>
    <w:p>
      <w:pPr>
        <w:spacing w:before="160"/>
      </w:pPr>
      <w:r>
        <w:rPr>
          <w:b/>
        </w:rPr>
        <w:t>제7조 (변경과 종료)</w:t>
      </w:r>
    </w:p>
    <w:p>
      <w:pPr>
        <w:jc w:val="left"/>
      </w:pPr>
      <w:r>
        <w:t>이 합의는 두 사람이 서면으로 동의한 경우에만 바꿀 수 있다. 졸혼을 끝내거나 이혼을 원할 때는 상대방에게 미리 알리고 성실히 협의한다.</w:t>
      </w:r>
    </w:p>
    <w:p>
      <w:pPr>
        <w:spacing w:before="160"/>
      </w:pPr>
      <w:r>
        <w:rPr>
          <w:b/>
        </w:rPr>
        <w:t>제8조 (기타 약정)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이 합의서는 2부를 작성하여 각자 서명·날인한 뒤 1부씩 보관한다.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남편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아내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졸혼 합의서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