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자 기 소 개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지원 분야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성장 과정 및 가치관</w:t>
      </w:r>
    </w:p>
    <w:p>
      <w:pPr>
        <w:jc w:val="left"/>
      </w:pPr>
      <w:r>
        <w:t>(지금의 나를 만든 경험 하나와 그때 배운 점을 적어 주세요.)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2. 성격의 장단점 및 강점</w:t>
      </w:r>
    </w:p>
    <w:p>
      <w:pPr>
        <w:jc w:val="left"/>
      </w:pPr>
      <w:r>
        <w:t>(강점은 실제 경험으로 보여 주고, 단점은 고쳐 가는 방법과 함께 적어 주세요.)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지원 동기</w:t>
      </w:r>
    </w:p>
    <w:p>
      <w:pPr>
        <w:jc w:val="left"/>
      </w:pPr>
      <w:r>
        <w:t>(이 회사와 직무를 고른 이유, 관련 경험이나 준비 과정을 적어 주세요.)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입사 후 포부</w:t>
      </w:r>
    </w:p>
    <w:p>
      <w:pPr>
        <w:jc w:val="left"/>
      </w:pPr>
      <w:r>
        <w:t>(입사 후 1년, 3년 안에 이루고 싶은 목표를 구체적으로 적어 주세요.)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