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374151"/>
          </w:tcPr>
          <w:p>
            <w:pPr>
              <w:jc w:val="center"/>
            </w:pPr>
            <w:r>
              <w:rPr>
                <w:color w:val="FFFFFF"/>
                <w:sz w:val="88"/>
              </w:rPr>
            </w:r>
            <w:r>
              <w:rPr>
                <w:b/>
                <w:sz w:val="28"/>
              </w:rPr>
              <w:t>임 시 휴 무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 xml:space="preserve">    월    일(  ) ~    월    일(  )</w:t>
        <w:br/>
        <w:t>쉬어 갑니다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휴무 사유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내부 수리 / 개인 사정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영업 재개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 xml:space="preserve">    월    일(  ) 부터 정상 영업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문의·예약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010-0000-0000 / 인스타그램 @○○○</w:t>
            </w:r>
          </w:p>
        </w:tc>
      </w:tr>
    </w:tbl>
    <w:p/>
    <w:p>
      <w:pPr>
        <w:jc w:val="center"/>
      </w:pPr>
      <w:r>
        <w:t>찾아 주셨는데 불편을 드려 죄송합니다.</w:t>
        <w:br/>
        <w:t>더 좋은 모습으로 다시 찾아뵙겠습니다.</w:t>
      </w:r>
    </w:p>
    <w:p>
      <w:pPr>
        <w:jc w:val="right"/>
      </w:pPr>
      <w:r>
        <w:t>20    년    월    일    ○○○ 사장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임시 휴무 안내문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