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A580C"/>
          </w:tcPr>
          <w:p>
            <w:pPr>
              <w:jc w:val="center"/>
            </w:pPr>
            <w:r>
              <w:rPr>
                <w:color w:val="FFFFFF"/>
                <w:sz w:val="88"/>
              </w:rPr>
            </w:r>
            <w:r>
              <w:rPr>
                <w:b/>
                <w:sz w:val="28"/>
              </w:rPr>
              <w:t>송 년 회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한 해 동안 수고 많으셨습니다</w:t>
        <w:br/>
        <w:t>함께 모여 웃으며 마무리해요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일시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12월 ○○일(  )  오후 7:00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○○○○ (주소 :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회비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○만원  (계좌 :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참석 회신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12월 ○○일까지 ○○○에게</w:t>
            </w:r>
          </w:p>
        </w:tc>
      </w:tr>
    </w:tbl>
    <w:p/>
    <w:p>
      <w:pPr>
        <w:jc w:val="center"/>
      </w:pPr>
      <w:r>
        <w:t>편한 옷차림으로 오세요. 많은 참석 부탁드립니다.</w:t>
      </w:r>
    </w:p>
    <w:p>
      <w:pPr>
        <w:jc w:val="right"/>
      </w:pPr>
      <w:r>
        <w:t>총무  ○ ○ ○ 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송년회·신년회 안내문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